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BID / PROPOSAL</w:t>
      </w:r>
    </w:p>
    <w:p>
      <w:r>
        <w:t>Company name: ____________________</w:t>
      </w:r>
    </w:p>
    <w:p>
      <w:r>
        <w:t>License #: ____________________</w:t>
      </w:r>
    </w:p>
    <w:p>
      <w:r>
        <w:t>Address: ____________________</w:t>
      </w:r>
    </w:p>
    <w:p>
      <w:r>
        <w:t>Phone: ____________________</w:t>
      </w:r>
    </w:p>
    <w:p>
      <w:r>
        <w:t>Email: ____________________</w:t>
      </w:r>
    </w:p>
    <w:p>
      <w:r>
        <w:t>Bid #: ____________________</w:t>
      </w:r>
    </w:p>
    <w:p>
      <w:r>
        <w:t>Date: ____________________</w:t>
      </w:r>
    </w:p>
    <w:p>
      <w:r>
        <w:t>Project name: ____________________</w:t>
      </w:r>
    </w:p>
    <w:p>
      <w:r>
        <w:t>Project address: ____________________</w:t>
      </w:r>
    </w:p>
    <w:p>
      <w:r>
        <w:t>GC / Owner: ____________________</w:t>
      </w:r>
    </w:p>
    <w:p>
      <w:r>
        <w:t>Plan set date / revision: ____________________</w:t>
      </w:r>
    </w:p>
    <w:p>
      <w:r>
        <w:t>Addenda received: ____________________</w:t>
      </w:r>
    </w:p>
    <w:p>
      <w:r>
        <w:t>Bid due date: ____________________</w:t>
      </w:r>
    </w:p>
    <w:p>
      <w:pPr>
        <w:pStyle w:val="Heading2"/>
      </w:pPr>
      <w:r>
        <w:t>Scope of work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Item</w:t>
            </w:r>
          </w:p>
        </w:tc>
        <w:tc>
          <w:tcPr>
            <w:tcW w:type="dxa" w:w="1440"/>
          </w:tcPr>
          <w:p>
            <w:r>
              <w:t>Description</w:t>
            </w:r>
          </w:p>
        </w:tc>
        <w:tc>
          <w:tcPr>
            <w:tcW w:type="dxa" w:w="1440"/>
          </w:tcPr>
          <w:p>
            <w:r>
              <w:t>Qty</w:t>
            </w:r>
          </w:p>
        </w:tc>
        <w:tc>
          <w:tcPr>
            <w:tcW w:type="dxa" w:w="1440"/>
          </w:tcPr>
          <w:p>
            <w:r>
              <w:t>Unit</w:t>
            </w:r>
          </w:p>
        </w:tc>
        <w:tc>
          <w:tcPr>
            <w:tcW w:type="dxa" w:w="1440"/>
          </w:tcPr>
          <w:p>
            <w:r>
              <w:t>Unit cost</w:t>
            </w:r>
          </w:p>
        </w:tc>
        <w:tc>
          <w:tcPr>
            <w:tcW w:type="dxa" w:w="1440"/>
          </w:tcPr>
          <w:p>
            <w:r>
              <w:t>Total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>
            <w:r>
              <w:t>Labor (hours x loaded rate)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>
            <w:r>
              <w:t>Equipment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>
            <w:r>
              <w:t>Mobilization / cleanup / disposal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r>
        <w:t>Subtotal: ______   Overhead &amp; profit markup %: ______   TOTAL BID: ______</w:t>
      </w:r>
    </w:p>
    <w:p>
      <w:pPr>
        <w:pStyle w:val="Heading2"/>
      </w:pPr>
      <w:r>
        <w:t>Inclusions</w:t>
      </w:r>
    </w:p>
    <w:p>
      <w:r>
        <w:t xml:space="preserve">• </w:t>
        <w:br/>
        <w:t xml:space="preserve">• </w:t>
        <w:br/>
        <w:t xml:space="preserve">• </w:t>
      </w:r>
    </w:p>
    <w:p>
      <w:pPr>
        <w:pStyle w:val="Heading2"/>
      </w:pPr>
      <w:r>
        <w:t>Exclusions</w:t>
      </w:r>
    </w:p>
    <w:p>
      <w:r>
        <w:t xml:space="preserve">• </w:t>
        <w:br/>
        <w:t xml:space="preserve">• </w:t>
        <w:br/>
        <w:t xml:space="preserve">• </w:t>
      </w:r>
    </w:p>
    <w:p>
      <w:pPr>
        <w:pStyle w:val="Heading2"/>
      </w:pPr>
      <w:r>
        <w:t>Alternates / allowances</w:t>
      </w:r>
    </w:p>
    <w:p>
      <w:r>
        <w:t xml:space="preserve">• </w:t>
        <w:br/>
        <w:t xml:space="preserve">• </w:t>
        <w:br/>
        <w:t xml:space="preserve">• </w:t>
      </w:r>
    </w:p>
    <w:p>
      <w:r>
        <w:t>Terms: payment, retainage, price valid for __ days, schedule assumptions, change-order rates</w:t>
      </w:r>
    </w:p>
    <w:p>
      <w:r>
        <w:t>Accepted by (signature / date): 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