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PRESUPUESTO DE OBRA (BID)</w:t>
      </w:r>
    </w:p>
    <w:p>
      <w:r>
        <w:t>Empresa: ____________________</w:t>
      </w:r>
    </w:p>
    <w:p>
      <w:r>
        <w:t>Licencia (License #): ____________________</w:t>
      </w:r>
    </w:p>
    <w:p>
      <w:r>
        <w:t>Dirección: ____________________</w:t>
      </w:r>
    </w:p>
    <w:p>
      <w:r>
        <w:t>Teléfono: ____________________</w:t>
      </w:r>
    </w:p>
    <w:p>
      <w:r>
        <w:t>Correo: ____________________</w:t>
      </w:r>
    </w:p>
    <w:p>
      <w:r>
        <w:t>Núm. de presupuesto: ____________________</w:t>
      </w:r>
    </w:p>
    <w:p>
      <w:r>
        <w:t>Fecha: ____________________</w:t>
      </w:r>
    </w:p>
    <w:p>
      <w:r>
        <w:t>Proyecto: ____________________</w:t>
      </w:r>
    </w:p>
    <w:p>
      <w:r>
        <w:t>Dirección de la obra: ____________________</w:t>
      </w:r>
    </w:p>
    <w:p>
      <w:r>
        <w:t>Contratista general / dueño: ____________________</w:t>
      </w:r>
    </w:p>
    <w:p>
      <w:r>
        <w:t>Fecha y revisión de planos: ____________________</w:t>
      </w:r>
    </w:p>
    <w:p>
      <w:r>
        <w:t>Addenda recibidos: ____________________</w:t>
      </w:r>
    </w:p>
    <w:p>
      <w:r>
        <w:t>Fecha límite: ____________________</w:t>
      </w:r>
    </w:p>
    <w:p>
      <w:pPr>
        <w:pStyle w:val="Heading2"/>
      </w:pPr>
      <w:r>
        <w:t>Alcance del trabajo (Scope of work)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Partida</w:t>
            </w:r>
          </w:p>
        </w:tc>
        <w:tc>
          <w:tcPr>
            <w:tcW w:type="dxa" w:w="1440"/>
          </w:tcPr>
          <w:p>
            <w:r>
              <w:t>Descripción</w:t>
            </w:r>
          </w:p>
        </w:tc>
        <w:tc>
          <w:tcPr>
            <w:tcW w:type="dxa" w:w="1440"/>
          </w:tcPr>
          <w:p>
            <w:r>
              <w:t>Cantidad</w:t>
            </w:r>
          </w:p>
        </w:tc>
        <w:tc>
          <w:tcPr>
            <w:tcW w:type="dxa" w:w="1440"/>
          </w:tcPr>
          <w:p>
            <w:r>
              <w:t>Unidad</w:t>
            </w:r>
          </w:p>
        </w:tc>
        <w:tc>
          <w:tcPr>
            <w:tcW w:type="dxa" w:w="1440"/>
          </w:tcPr>
          <w:p>
            <w:r>
              <w:t>Precio unitario</w:t>
            </w:r>
          </w:p>
        </w:tc>
        <w:tc>
          <w:tcPr>
            <w:tcW w:type="dxa" w:w="1440"/>
          </w:tcPr>
          <w:p>
            <w:r>
              <w:t>Total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Mano de obra (horas x tarifa cargada)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Equipo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Movilización / limpieza / basura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Subtotal: ______   Gastos indirectos y utilidad (markup %): ______   TOTAL: ______</w:t>
      </w:r>
    </w:p>
    <w:p>
      <w:pPr>
        <w:pStyle w:val="Heading2"/>
      </w:pPr>
      <w:r>
        <w:t>Inclusiones</w:t>
      </w:r>
    </w:p>
    <w:p>
      <w:r>
        <w:t xml:space="preserve">• </w:t>
        <w:br/>
        <w:t xml:space="preserve">• </w:t>
        <w:br/>
        <w:t xml:space="preserve">• </w:t>
      </w:r>
    </w:p>
    <w:p>
      <w:pPr>
        <w:pStyle w:val="Heading2"/>
      </w:pPr>
      <w:r>
        <w:t>Exclusiones</w:t>
      </w:r>
    </w:p>
    <w:p>
      <w:r>
        <w:t xml:space="preserve">• </w:t>
        <w:br/>
        <w:t xml:space="preserve">• </w:t>
        <w:br/>
        <w:t xml:space="preserve">• </w:t>
      </w:r>
    </w:p>
    <w:p>
      <w:pPr>
        <w:pStyle w:val="Heading2"/>
      </w:pPr>
      <w:r>
        <w:t>Alternativas / asignaciones (alternates / allowances)</w:t>
      </w:r>
    </w:p>
    <w:p>
      <w:r>
        <w:t xml:space="preserve">• </w:t>
        <w:br/>
        <w:t xml:space="preserve">• </w:t>
        <w:br/>
        <w:t xml:space="preserve">• </w:t>
      </w:r>
    </w:p>
    <w:p>
      <w:r>
        <w:t>Condiciones: forma de pago, retención (retainage), precio válido por __ días, calendario, tarifa de órdenes de cambio</w:t>
      </w:r>
    </w:p>
    <w:p>
      <w:r>
        <w:t>Aceptado por (firma / fecha):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